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FEB93" w14:textId="2B0385A7" w:rsidR="000E5158" w:rsidRDefault="000E5158">
      <w:pPr>
        <w:jc w:val="center"/>
        <w:rPr>
          <w:b/>
        </w:rPr>
      </w:pPr>
      <w:r>
        <w:rPr>
          <w:rFonts w:eastAsia="Calibri" w:cs="Times New Roman"/>
          <w:szCs w:val="24"/>
          <w:lang w:val="lt-LT"/>
        </w:rPr>
        <w:object w:dxaOrig="666" w:dyaOrig="774" w14:anchorId="402D75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8" o:title=""/>
          </v:shape>
          <o:OLEObject Type="Embed" ProgID="MSPhotoEd.3" ShapeID="_x0000_i1025" DrawAspect="Content" ObjectID="_1843045961" r:id="rId9"/>
        </w:object>
      </w:r>
    </w:p>
    <w:p w14:paraId="10D58DD5" w14:textId="102D1B60" w:rsidR="000A3124" w:rsidRPr="000E5158" w:rsidRDefault="0040623F" w:rsidP="000E5158">
      <w:pPr>
        <w:tabs>
          <w:tab w:val="left" w:pos="2977"/>
          <w:tab w:val="center" w:pos="4536"/>
        </w:tabs>
        <w:spacing w:after="0" w:line="360" w:lineRule="auto"/>
        <w:jc w:val="center"/>
        <w:rPr>
          <w:rFonts w:cs="Times New Roman"/>
          <w:b/>
          <w:color w:val="4F81BD"/>
          <w:szCs w:val="24"/>
          <w:lang w:val="lt-LT" w:eastAsia="lt-LT"/>
        </w:rPr>
      </w:pPr>
      <w:r w:rsidRPr="000E5158">
        <w:rPr>
          <w:rFonts w:cs="Times New Roman"/>
          <w:b/>
          <w:color w:val="4F81BD"/>
          <w:szCs w:val="24"/>
          <w:lang w:val="lt-LT" w:eastAsia="lt-LT"/>
        </w:rPr>
        <w:t>„ĮSTAIGOS PAVADINIMAS“</w:t>
      </w:r>
    </w:p>
    <w:p w14:paraId="6BAEE843" w14:textId="77777777" w:rsidR="000A3124" w:rsidRPr="000E5158" w:rsidRDefault="0040623F" w:rsidP="000E5158">
      <w:pPr>
        <w:tabs>
          <w:tab w:val="left" w:pos="3350"/>
          <w:tab w:val="center" w:pos="4536"/>
        </w:tabs>
        <w:spacing w:after="0" w:line="360" w:lineRule="auto"/>
        <w:jc w:val="center"/>
        <w:rPr>
          <w:rFonts w:cs="Times New Roman"/>
          <w:b/>
          <w:color w:val="4F81BD"/>
          <w:szCs w:val="24"/>
          <w:lang w:val="lt-LT" w:eastAsia="lt-LT"/>
        </w:rPr>
      </w:pPr>
      <w:r w:rsidRPr="000E5158">
        <w:rPr>
          <w:rFonts w:cs="Times New Roman"/>
          <w:b/>
          <w:bCs/>
          <w:szCs w:val="24"/>
          <w:lang w:val="lt-LT" w:eastAsia="lt-LT"/>
        </w:rPr>
        <w:t>DIREKTORIUS</w:t>
      </w:r>
    </w:p>
    <w:p w14:paraId="301141E9" w14:textId="77777777" w:rsidR="000A3124" w:rsidRPr="000E5158" w:rsidRDefault="0040623F" w:rsidP="000E5158">
      <w:pPr>
        <w:spacing w:after="0" w:line="360" w:lineRule="auto"/>
        <w:jc w:val="center"/>
        <w:rPr>
          <w:rFonts w:cs="Times New Roman"/>
          <w:b/>
          <w:szCs w:val="24"/>
          <w:lang w:val="lt-LT" w:eastAsia="lt-LT"/>
        </w:rPr>
      </w:pPr>
      <w:r>
        <w:rPr>
          <w:b/>
          <w:sz w:val="28"/>
        </w:rPr>
        <w:br/>
      </w:r>
      <w:r w:rsidRPr="000E5158">
        <w:rPr>
          <w:rFonts w:cs="Times New Roman"/>
          <w:b/>
          <w:szCs w:val="24"/>
          <w:lang w:val="lt-LT" w:eastAsia="lt-LT"/>
        </w:rPr>
        <w:t>ĮSAKYMAS</w:t>
      </w:r>
    </w:p>
    <w:p w14:paraId="211A4CF5" w14:textId="2F6D7EDD" w:rsidR="000A3124" w:rsidRDefault="00E45CB7" w:rsidP="000C6336">
      <w:pPr>
        <w:spacing w:after="0" w:line="240" w:lineRule="auto"/>
        <w:jc w:val="center"/>
        <w:rPr>
          <w:rFonts w:cs="Times New Roman"/>
          <w:b/>
          <w:szCs w:val="24"/>
          <w:lang w:val="lt-LT" w:eastAsia="lt-LT"/>
        </w:rPr>
      </w:pPr>
      <w:r w:rsidRPr="00E45CB7">
        <w:rPr>
          <w:rFonts w:cs="Times New Roman"/>
          <w:b/>
          <w:szCs w:val="24"/>
          <w:lang w:val="lt-LT" w:eastAsia="lt-LT"/>
        </w:rPr>
        <w:t>DĖL PAPILDOMOS POILSIO DIENOS SUTEIKIMO KOMPENSUOJANT KOMANDIRUOTĖS METU NE DARBO VALANDOMIS PRALEISTĄ KELIONĖS LAIKĄ</w:t>
      </w:r>
    </w:p>
    <w:p w14:paraId="2139BEC3" w14:textId="77777777" w:rsidR="000E5158" w:rsidRPr="000E5158" w:rsidRDefault="000E5158" w:rsidP="000E5158">
      <w:pPr>
        <w:spacing w:after="0" w:line="360" w:lineRule="auto"/>
        <w:jc w:val="center"/>
        <w:rPr>
          <w:rFonts w:cs="Times New Roman"/>
          <w:b/>
          <w:szCs w:val="24"/>
          <w:lang w:val="lt-LT" w:eastAsia="lt-LT"/>
        </w:rPr>
      </w:pPr>
    </w:p>
    <w:p w14:paraId="497941B9" w14:textId="77777777" w:rsidR="000E5158" w:rsidRPr="000E5158" w:rsidRDefault="000E5158" w:rsidP="000E5158">
      <w:pPr>
        <w:pStyle w:val="Betarp"/>
        <w:jc w:val="center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  <w:r w:rsidRPr="000E5158">
        <w:rPr>
          <w:rFonts w:ascii="Times New Roman" w:eastAsia="Calibri" w:hAnsi="Times New Roman" w:cs="Times New Roman"/>
          <w:sz w:val="24"/>
          <w:szCs w:val="24"/>
          <w:lang w:val="lt-LT" w:eastAsia="lt-LT"/>
        </w:rPr>
        <w:t>20...    m.                  d. Nr.</w:t>
      </w:r>
    </w:p>
    <w:p w14:paraId="09070728" w14:textId="53834652" w:rsidR="000A3124" w:rsidRDefault="000E5158" w:rsidP="000E5158">
      <w:pPr>
        <w:pStyle w:val="Betarp"/>
        <w:jc w:val="center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  <w:r w:rsidRPr="000E5158">
        <w:rPr>
          <w:rFonts w:ascii="Times New Roman" w:eastAsia="Calibri" w:hAnsi="Times New Roman" w:cs="Times New Roman"/>
          <w:sz w:val="24"/>
          <w:szCs w:val="24"/>
          <w:lang w:val="lt-LT" w:eastAsia="lt-LT"/>
        </w:rPr>
        <w:t>Vilnius</w:t>
      </w:r>
    </w:p>
    <w:p w14:paraId="39EA454A" w14:textId="77777777" w:rsidR="000E5158" w:rsidRPr="000E5158" w:rsidRDefault="000E5158" w:rsidP="000E5158">
      <w:pPr>
        <w:pStyle w:val="Betarp"/>
        <w:jc w:val="center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</w:p>
    <w:p w14:paraId="2EC25ABB" w14:textId="77777777" w:rsidR="00E45CB7" w:rsidRDefault="00E45CB7" w:rsidP="000E5158">
      <w:pPr>
        <w:spacing w:after="120" w:line="360" w:lineRule="auto"/>
        <w:ind w:right="-999" w:firstLine="992"/>
        <w:jc w:val="both"/>
        <w:rPr>
          <w:rFonts w:cs="Times New Roman"/>
          <w:szCs w:val="24"/>
          <w:lang w:val="lt-LT" w:eastAsia="lt-LT"/>
        </w:rPr>
      </w:pPr>
      <w:r w:rsidRPr="00E45CB7">
        <w:rPr>
          <w:rFonts w:cs="Times New Roman"/>
          <w:szCs w:val="24"/>
          <w:lang w:val="lt-LT" w:eastAsia="lt-LT"/>
        </w:rPr>
        <w:t>Vadovaudamasis (-</w:t>
      </w:r>
      <w:proofErr w:type="spellStart"/>
      <w:r w:rsidRPr="00E45CB7">
        <w:rPr>
          <w:rFonts w:cs="Times New Roman"/>
          <w:szCs w:val="24"/>
          <w:lang w:val="lt-LT" w:eastAsia="lt-LT"/>
        </w:rPr>
        <w:t>si</w:t>
      </w:r>
      <w:proofErr w:type="spellEnd"/>
      <w:r w:rsidRPr="00E45CB7">
        <w:rPr>
          <w:rFonts w:cs="Times New Roman"/>
          <w:szCs w:val="24"/>
          <w:lang w:val="lt-LT" w:eastAsia="lt-LT"/>
        </w:rPr>
        <w:t>) Lietuvos Respublikos darbo kodekso 107 straipsnio 4 dalimi ir atsižvelgdamas (-a) į darbuotojo (-ų) komandiruotės metu kelion</w:t>
      </w:r>
      <w:r>
        <w:rPr>
          <w:rFonts w:cs="Times New Roman"/>
          <w:szCs w:val="24"/>
          <w:lang w:val="lt-LT" w:eastAsia="lt-LT"/>
        </w:rPr>
        <w:t xml:space="preserve">ėje praleistą </w:t>
      </w:r>
      <w:r w:rsidRPr="00E45CB7">
        <w:rPr>
          <w:rFonts w:cs="Times New Roman"/>
          <w:szCs w:val="24"/>
          <w:lang w:val="lt-LT" w:eastAsia="lt-LT"/>
        </w:rPr>
        <w:t>laiką po darbo valandų, poilsio ar švenčių dienomis</w:t>
      </w:r>
      <w:r>
        <w:rPr>
          <w:rFonts w:cs="Times New Roman"/>
          <w:szCs w:val="24"/>
          <w:lang w:val="lt-LT" w:eastAsia="lt-LT"/>
        </w:rPr>
        <w:t>,</w:t>
      </w:r>
    </w:p>
    <w:p w14:paraId="39602B77" w14:textId="1D49BB3A" w:rsidR="000A3124" w:rsidRPr="000E5158" w:rsidRDefault="0040623F" w:rsidP="000E5158">
      <w:pPr>
        <w:spacing w:after="120" w:line="360" w:lineRule="auto"/>
        <w:ind w:right="-1141" w:firstLine="992"/>
        <w:jc w:val="both"/>
        <w:rPr>
          <w:rFonts w:cs="Times New Roman"/>
          <w:szCs w:val="24"/>
          <w:lang w:val="lt-LT" w:eastAsia="lt-LT"/>
        </w:rPr>
      </w:pPr>
      <w:r w:rsidRPr="000E5158">
        <w:rPr>
          <w:rFonts w:cs="Times New Roman"/>
          <w:szCs w:val="24"/>
          <w:lang w:val="lt-LT" w:eastAsia="lt-LT"/>
        </w:rPr>
        <w:t>1. S u t e i k i u darbuotojui (-</w:t>
      </w:r>
      <w:proofErr w:type="spellStart"/>
      <w:r w:rsidRPr="000E5158">
        <w:rPr>
          <w:rFonts w:cs="Times New Roman"/>
          <w:szCs w:val="24"/>
          <w:lang w:val="lt-LT" w:eastAsia="lt-LT"/>
        </w:rPr>
        <w:t>ams</w:t>
      </w:r>
      <w:proofErr w:type="spellEnd"/>
      <w:r w:rsidRPr="000E5158">
        <w:rPr>
          <w:rFonts w:cs="Times New Roman"/>
          <w:szCs w:val="24"/>
          <w:lang w:val="lt-LT" w:eastAsia="lt-LT"/>
        </w:rPr>
        <w:t xml:space="preserve">) papildomą poilsio </w:t>
      </w:r>
      <w:r w:rsidR="00E45CB7">
        <w:rPr>
          <w:rFonts w:cs="Times New Roman"/>
          <w:szCs w:val="24"/>
          <w:lang w:val="lt-LT" w:eastAsia="lt-LT"/>
        </w:rPr>
        <w:t xml:space="preserve">lauką, </w:t>
      </w:r>
      <w:r w:rsidRPr="000E5158">
        <w:rPr>
          <w:rFonts w:cs="Times New Roman"/>
          <w:szCs w:val="24"/>
          <w:lang w:val="lt-LT" w:eastAsia="lt-LT"/>
        </w:rPr>
        <w:t>kaip nurodyta toliau pateikt</w:t>
      </w:r>
      <w:r w:rsidR="00E45CB7">
        <w:rPr>
          <w:rFonts w:cs="Times New Roman"/>
          <w:szCs w:val="24"/>
          <w:lang w:val="lt-LT" w:eastAsia="lt-LT"/>
        </w:rPr>
        <w:t>oje lentelėje</w:t>
      </w:r>
      <w:r w:rsidRPr="000E5158">
        <w:rPr>
          <w:rFonts w:cs="Times New Roman"/>
          <w:szCs w:val="24"/>
          <w:lang w:val="lt-LT" w:eastAsia="lt-LT"/>
        </w:rPr>
        <w:t>:</w:t>
      </w:r>
    </w:p>
    <w:tbl>
      <w:tblPr>
        <w:tblStyle w:val="Lentelstinklelis"/>
        <w:tblW w:w="9781" w:type="dxa"/>
        <w:tblInd w:w="108" w:type="dxa"/>
        <w:tblLook w:val="04A0" w:firstRow="1" w:lastRow="0" w:firstColumn="1" w:lastColumn="0" w:noHBand="0" w:noVBand="1"/>
      </w:tblPr>
      <w:tblGrid>
        <w:gridCol w:w="2154"/>
        <w:gridCol w:w="1728"/>
        <w:gridCol w:w="2526"/>
        <w:gridCol w:w="1984"/>
        <w:gridCol w:w="1389"/>
      </w:tblGrid>
      <w:tr w:rsidR="000A3124" w:rsidRPr="000C6336" w14:paraId="1AC139DA" w14:textId="77777777" w:rsidTr="000C6336">
        <w:tc>
          <w:tcPr>
            <w:tcW w:w="2154" w:type="dxa"/>
          </w:tcPr>
          <w:p w14:paraId="397045FA" w14:textId="77777777" w:rsidR="000A3124" w:rsidRPr="000C6336" w:rsidRDefault="0040623F" w:rsidP="000E5158">
            <w:pPr>
              <w:jc w:val="center"/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</w:pP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Darbuotojo vardas, pavardė</w:t>
            </w:r>
          </w:p>
        </w:tc>
        <w:tc>
          <w:tcPr>
            <w:tcW w:w="1728" w:type="dxa"/>
          </w:tcPr>
          <w:p w14:paraId="2339682E" w14:textId="77777777" w:rsidR="000A3124" w:rsidRPr="000C6336" w:rsidRDefault="0040623F" w:rsidP="000E5158">
            <w:pPr>
              <w:jc w:val="center"/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</w:pP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Darbuotojo pareigos</w:t>
            </w:r>
          </w:p>
        </w:tc>
        <w:tc>
          <w:tcPr>
            <w:tcW w:w="2526" w:type="dxa"/>
          </w:tcPr>
          <w:p w14:paraId="6C5E76D0" w14:textId="62E39A4D" w:rsidR="000A3124" w:rsidRPr="000C6336" w:rsidRDefault="00E45CB7" w:rsidP="000E5158">
            <w:pPr>
              <w:jc w:val="center"/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</w:pP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Ke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lion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 xml:space="preserve">ėje 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 xml:space="preserve"> 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 xml:space="preserve">praleistas 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 xml:space="preserve"> laikas 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 xml:space="preserve">(diena) 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poilsio, švenčių dieną ar po darbo valandų</w:t>
            </w:r>
          </w:p>
        </w:tc>
        <w:tc>
          <w:tcPr>
            <w:tcW w:w="1984" w:type="dxa"/>
          </w:tcPr>
          <w:p w14:paraId="7F00FC0D" w14:textId="269B9B17" w:rsidR="000A3124" w:rsidRPr="000C6336" w:rsidRDefault="0040623F" w:rsidP="000E5158">
            <w:pPr>
              <w:jc w:val="center"/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</w:pP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Suteikiama papildoma</w:t>
            </w:r>
            <w:r w:rsidR="000C6336"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s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 xml:space="preserve"> poilsio </w:t>
            </w:r>
            <w:r w:rsidR="000C6336"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laikas (</w:t>
            </w: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diena</w:t>
            </w:r>
            <w:r w:rsidR="000C6336"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)</w:t>
            </w:r>
          </w:p>
        </w:tc>
        <w:tc>
          <w:tcPr>
            <w:tcW w:w="1389" w:type="dxa"/>
          </w:tcPr>
          <w:p w14:paraId="63D26D8A" w14:textId="77777777" w:rsidR="000A3124" w:rsidRPr="000C6336" w:rsidRDefault="0040623F" w:rsidP="000E5158">
            <w:pPr>
              <w:jc w:val="center"/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</w:pPr>
            <w:r w:rsidRPr="000C6336">
              <w:rPr>
                <w:rFonts w:eastAsia="Calibri" w:cs="Times New Roman"/>
                <w:i/>
                <w:iCs/>
                <w:sz w:val="20"/>
                <w:szCs w:val="20"/>
                <w:lang w:val="lt-LT" w:eastAsia="lt-LT"/>
              </w:rPr>
              <w:t>Pastabos</w:t>
            </w:r>
          </w:p>
        </w:tc>
      </w:tr>
      <w:tr w:rsidR="000A3124" w14:paraId="1E30C047" w14:textId="77777777" w:rsidTr="000C6336">
        <w:tc>
          <w:tcPr>
            <w:tcW w:w="2154" w:type="dxa"/>
          </w:tcPr>
          <w:p w14:paraId="01D51732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728" w:type="dxa"/>
          </w:tcPr>
          <w:p w14:paraId="66E79913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2526" w:type="dxa"/>
          </w:tcPr>
          <w:p w14:paraId="5DE86BC8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984" w:type="dxa"/>
          </w:tcPr>
          <w:p w14:paraId="387BCE7E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389" w:type="dxa"/>
          </w:tcPr>
          <w:p w14:paraId="00AD94C3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</w:tr>
      <w:tr w:rsidR="000A3124" w14:paraId="73F9EC17" w14:textId="77777777" w:rsidTr="000C6336">
        <w:tc>
          <w:tcPr>
            <w:tcW w:w="2154" w:type="dxa"/>
          </w:tcPr>
          <w:p w14:paraId="4F4D298D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728" w:type="dxa"/>
          </w:tcPr>
          <w:p w14:paraId="5E3FEFAF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2526" w:type="dxa"/>
          </w:tcPr>
          <w:p w14:paraId="55DAEC7B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984" w:type="dxa"/>
          </w:tcPr>
          <w:p w14:paraId="4AAF17B4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389" w:type="dxa"/>
          </w:tcPr>
          <w:p w14:paraId="3A2D393F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</w:tr>
      <w:tr w:rsidR="000A3124" w14:paraId="3B6978F1" w14:textId="77777777" w:rsidTr="000C6336">
        <w:tc>
          <w:tcPr>
            <w:tcW w:w="2154" w:type="dxa"/>
          </w:tcPr>
          <w:p w14:paraId="55E33620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728" w:type="dxa"/>
          </w:tcPr>
          <w:p w14:paraId="08A04890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2526" w:type="dxa"/>
          </w:tcPr>
          <w:p w14:paraId="080C751D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984" w:type="dxa"/>
          </w:tcPr>
          <w:p w14:paraId="60F580DF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389" w:type="dxa"/>
          </w:tcPr>
          <w:p w14:paraId="455DD2B6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</w:tr>
      <w:tr w:rsidR="000A3124" w14:paraId="0FB49011" w14:textId="77777777" w:rsidTr="000C6336">
        <w:tc>
          <w:tcPr>
            <w:tcW w:w="2154" w:type="dxa"/>
          </w:tcPr>
          <w:p w14:paraId="585193CF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728" w:type="dxa"/>
          </w:tcPr>
          <w:p w14:paraId="4CA0595F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2526" w:type="dxa"/>
          </w:tcPr>
          <w:p w14:paraId="3E915DF0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984" w:type="dxa"/>
          </w:tcPr>
          <w:p w14:paraId="69CDA484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  <w:tc>
          <w:tcPr>
            <w:tcW w:w="1389" w:type="dxa"/>
          </w:tcPr>
          <w:p w14:paraId="112D3E1D" w14:textId="77777777" w:rsidR="000A3124" w:rsidRPr="000E5158" w:rsidRDefault="0040623F" w:rsidP="000E5158">
            <w:pPr>
              <w:jc w:val="center"/>
              <w:rPr>
                <w:rFonts w:eastAsia="Calibri" w:cs="Times New Roman"/>
                <w:i/>
                <w:iCs/>
                <w:szCs w:val="24"/>
                <w:lang w:val="lt-LT" w:eastAsia="lt-LT"/>
              </w:rPr>
            </w:pPr>
            <w:r w:rsidRPr="000E5158">
              <w:rPr>
                <w:rFonts w:eastAsia="Calibri" w:cs="Times New Roman"/>
                <w:i/>
                <w:iCs/>
                <w:szCs w:val="24"/>
                <w:lang w:val="lt-LT" w:eastAsia="lt-LT"/>
              </w:rPr>
              <w:br/>
            </w:r>
          </w:p>
        </w:tc>
      </w:tr>
    </w:tbl>
    <w:p w14:paraId="1D079220" w14:textId="77777777" w:rsidR="000A3124" w:rsidRDefault="000A3124"/>
    <w:p w14:paraId="467DA712" w14:textId="77777777" w:rsidR="000A3124" w:rsidRPr="000E5158" w:rsidRDefault="0040623F" w:rsidP="000E5158">
      <w:pPr>
        <w:pStyle w:val="Sraopastraipa"/>
        <w:spacing w:after="120" w:line="360" w:lineRule="auto"/>
        <w:ind w:left="0" w:right="-1141" w:firstLine="992"/>
        <w:jc w:val="both"/>
        <w:rPr>
          <w:rFonts w:eastAsia="Calibri" w:cs="Times New Roman"/>
          <w:szCs w:val="24"/>
          <w:lang w:val="lt-LT" w:eastAsia="lt-LT"/>
        </w:rPr>
      </w:pPr>
      <w:r w:rsidRPr="000E5158">
        <w:rPr>
          <w:rFonts w:eastAsia="Calibri" w:cs="Times New Roman"/>
          <w:szCs w:val="24"/>
          <w:lang w:val="lt-LT" w:eastAsia="lt-LT"/>
        </w:rPr>
        <w:t>2. N u r o d a u už suteiktą papildomą poilsio dieną palikti darbuotojui (-</w:t>
      </w:r>
      <w:proofErr w:type="spellStart"/>
      <w:r w:rsidRPr="000E5158">
        <w:rPr>
          <w:rFonts w:eastAsia="Calibri" w:cs="Times New Roman"/>
          <w:szCs w:val="24"/>
          <w:lang w:val="lt-LT" w:eastAsia="lt-LT"/>
        </w:rPr>
        <w:t>ams</w:t>
      </w:r>
      <w:proofErr w:type="spellEnd"/>
      <w:r w:rsidRPr="000E5158">
        <w:rPr>
          <w:rFonts w:eastAsia="Calibri" w:cs="Times New Roman"/>
          <w:szCs w:val="24"/>
          <w:lang w:val="lt-LT" w:eastAsia="lt-LT"/>
        </w:rPr>
        <w:t>) nustatytą darbo užmokestį.</w:t>
      </w:r>
    </w:p>
    <w:p w14:paraId="7708D88D" w14:textId="225BD091" w:rsidR="000A3124" w:rsidRPr="00A22C38" w:rsidRDefault="0040623F">
      <w:pPr>
        <w:rPr>
          <w:color w:val="4F81BD" w:themeColor="accent1"/>
        </w:rPr>
      </w:pPr>
      <w:r>
        <w:br/>
        <w:t>Direktorius (-ė)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22C38">
        <w:rPr>
          <w:color w:val="4F81BD" w:themeColor="accent1"/>
        </w:rPr>
        <w:t>(</w:t>
      </w:r>
      <w:proofErr w:type="spellStart"/>
      <w:r w:rsidRPr="00A22C38">
        <w:rPr>
          <w:color w:val="4F81BD" w:themeColor="accent1"/>
        </w:rPr>
        <w:t>Vardas</w:t>
      </w:r>
      <w:proofErr w:type="spellEnd"/>
      <w:r w:rsidRPr="00A22C38">
        <w:rPr>
          <w:color w:val="4F81BD" w:themeColor="accent1"/>
        </w:rPr>
        <w:t xml:space="preserve">, </w:t>
      </w:r>
      <w:proofErr w:type="spellStart"/>
      <w:r w:rsidRPr="00A22C38">
        <w:rPr>
          <w:color w:val="4F81BD" w:themeColor="accent1"/>
        </w:rPr>
        <w:t>pavardė</w:t>
      </w:r>
      <w:proofErr w:type="spellEnd"/>
      <w:r w:rsidRPr="00A22C38">
        <w:rPr>
          <w:color w:val="4F81BD" w:themeColor="accent1"/>
        </w:rPr>
        <w:t>)</w:t>
      </w:r>
    </w:p>
    <w:sectPr w:rsidR="000A3124" w:rsidRPr="00A22C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668CE" w14:textId="77777777" w:rsidR="00F7659A" w:rsidRDefault="00F7659A" w:rsidP="000E5158">
      <w:pPr>
        <w:spacing w:after="0" w:line="240" w:lineRule="auto"/>
      </w:pPr>
      <w:r>
        <w:separator/>
      </w:r>
    </w:p>
  </w:endnote>
  <w:endnote w:type="continuationSeparator" w:id="0">
    <w:p w14:paraId="7D0311DC" w14:textId="77777777" w:rsidR="00F7659A" w:rsidRDefault="00F7659A" w:rsidP="000E5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F2A8D" w14:textId="77777777" w:rsidR="00F7659A" w:rsidRDefault="00F7659A" w:rsidP="000E5158">
      <w:pPr>
        <w:spacing w:after="0" w:line="240" w:lineRule="auto"/>
      </w:pPr>
      <w:r>
        <w:separator/>
      </w:r>
    </w:p>
  </w:footnote>
  <w:footnote w:type="continuationSeparator" w:id="0">
    <w:p w14:paraId="23B0A1B9" w14:textId="77777777" w:rsidR="00F7659A" w:rsidRDefault="00F7659A" w:rsidP="000E51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124"/>
    <w:rsid w:val="000C6336"/>
    <w:rsid w:val="000E5158"/>
    <w:rsid w:val="0015074B"/>
    <w:rsid w:val="0029639D"/>
    <w:rsid w:val="00326F90"/>
    <w:rsid w:val="0040623F"/>
    <w:rsid w:val="00A22C38"/>
    <w:rsid w:val="00AA1D8D"/>
    <w:rsid w:val="00B47730"/>
    <w:rsid w:val="00CB0664"/>
    <w:rsid w:val="00E45CB7"/>
    <w:rsid w:val="00F7659A"/>
    <w:rsid w:val="00FC693F"/>
    <w:rsid w:val="00FD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68C991"/>
  <w14:defaultImageDpi w14:val="300"/>
  <w15:docId w15:val="{59765D2C-09C3-4BAE-923F-6D4B88F4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Natalija Abramova</cp:lastModifiedBy>
  <cp:revision>3</cp:revision>
  <dcterms:created xsi:type="dcterms:W3CDTF">2026-06-15T13:05:00Z</dcterms:created>
  <dcterms:modified xsi:type="dcterms:W3CDTF">2026-06-15T13:26:00Z</dcterms:modified>
  <cp:category/>
</cp:coreProperties>
</file>